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הטיעון: טענה, נימוק, ראיה, דוגמה, מענה לטענה נגדית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 מתאימים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וכתוב היטב בנושא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לאיזה שלב שייך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מענה לטענה נגדית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שלב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(העמדה המרכזית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(הסיבה שבגללה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(נתון, מחקר או מקור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(מקרה מהחיים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(תשובה לדעה של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נכון של בניית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- מה העמדה שלי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- למה אני חושב/ת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ראיה - נתון או מקור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דוגמה - מקרה מהחיים שממחיש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מגיבים לטענה נגדית - מה יגיד הצד השני ומה אענה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מסכמים במשפט חזק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ראיה היא מידע שתומך בטענה בצורה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נימוק הטענה נשארת בלי הסבר ולא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הטיעון נראה שקול ומבוסס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טענה ברורה ונימוק הגיוני המחובר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טיעון הכולל את כל שישת השלבים בסדר הנכון ובשפה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ואז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שחשבנו גם על הצד השני ומחזק את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אישי, ראיה היא נתון או מקור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ולבנות טיעון משותף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מלאה אחת מהכיתה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בפתיחי המשפט שהוצגו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כדי לשכנע מישהו בוויכוח, לא מספיק להגיד מה חושבים – צריך לבנות טיעון מסודר עם כמה שלבים: טענה, נימוק, ראיה, דוגמה, מענה לצד השני וסיכום.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לאיזה שלב שייך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"לדעתי יש להגביל את השימוש בטלפונים בכיתה"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"משום שהשימוש בטלפון מפריע לריכוז בשיעור"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"על פי נתונים, 70% מהתלמידים מוסחים בגלל הטלפון"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"לדוגמה, תלמיד שקיבל הודעה באמצע מבחן ולא הצליח להתרכז"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"יש הטוענים שהטלפון עוזר ללמידה, אולם הוא מסיח את הדעת"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שלב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מהחיים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תשובה לדעה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העמדה המרכזית שלי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נתון, מחקר או מקור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 לטענה נגדית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הסיבה שבגללה אני חושב/ת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 נכון של בניית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במשפט חזק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דוגמה - מקרה מהחיים שממחיש זאת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- מה העמדה שלי בנושא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מגיבים לטענה נגדית - מה יגיד הצד השני ומה אענה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- למה אני חושב/ת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ראיה - נתון או מקור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הטלפון מפריע ללמידה __________ הוא גורם להיסח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תלמיד שקיבל הודעה באמצע השיעור ולא הצליח להתרכז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אמנם יש יתרונות לטלפון, __________ החסרונות 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להגביל את השימוש בטלפונים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ראיה יכולה להיות נתון, מחקר או מקור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טיעון חזק בלי לציין שום נימוק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לטענה נגדית מראה שחשבנו גם על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לוויכוח וכתבו טענה אחת (בעד או נגד) עם נימוק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מלא בנושא לבחירתכם הכולל טענה, נימוק, ראיה, דוגמה, מענה לטענה נגדית וסיכום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השלבים הראשונים בבניית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להוסיף מענה לטענה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שונה נימוק מראיה?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טיעונים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