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בונה טיעונים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שלבי הטיעון: טענה, נימוק, ראיה, דוגמה, מענה לטענה נגדית וסיכום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בפתיחי משפט מתאימים לכל 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טיעון שלם וכתוב היטב בנושא לבחירה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לאיזה שלב שייך המשפט?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ראיה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מענה לטענה נגדית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מתאימים שלב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(העמדה המרכזית שלי בנושא)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(הסיבה שבגללה אני חושב/ת כך)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(נתון, מחקר או מקור שתומך בטענה)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(מקרה מהחיים שממחיש את הטענה)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(תשובה לדעה של הצד השני)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סדר נכון של בניית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כותבים טענה - מה העמדה שלי בנושא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מוסיפים נימוק - למה אני חושב/ת 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מביאים ראיה - נתון או מקור שתומך בטענה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נותנים דוגמה - מקרה מהחיים שממחיש זאת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מגיבים לטענה נגדית - מה יגיד הצד השני ומה אענה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מסכמים במשפט חזק וברור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לסיכום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ראיה היא מידע שתומך בטענה בצורה עובדתית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בלי נימוק הטענה נשארת בלי הסבר ולא משכנעת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הטיעון נראה שקול ומבוסס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הכוללת טענה ברורה ונימוק הגיוני המחובר אליה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טיעון הכולל את כל שישת השלבים בסדר הנכון ובשפה ברורה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 ואז נימוק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זה מראה שחשבנו גם על הצד השני ומחזק את הטיעון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נימוק הוא הסבר אישי, ראיה היא נתון או מקור חיצוני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לתת לתלמידים לעבוד בזוגות ולבנות טיעון משותף שלב אחר 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דוגמה מלאה אחת מהכיתה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הפתוח, לעודד שימוש בפתיחי המשפט שהוצגו בדף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בונה טיעונים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כשרוצים לשכנע מישהו, בונים טיעון בכמה שלבים: קודם אומרים מה דעתנו, אחר כך מסבירים למה, ואז מביאים דוגמה וסיכום.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טענה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המרכזי שמביע את העמדה שלי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נימוק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ההסבר – למה אני חושב/ת ככה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נתון, מחקר או מקור שתומך בטענה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דוגמה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מקרה מהחיים שממחיש את הטענה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מענה לטענה נגדית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תשובה לדעה של הצד השני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סיכום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סיום חזק שמחזק את הטיעון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פתיח משפט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שעוזרות להתחיל כל שלב בטיעון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לאיזה שלב שייך המשפט?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המשפט מביע עמדה - איזה שלב הוא?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המשפט מסביר סיבה - איזה שלב הוא?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המשפט מביא נתון מספרי - איזה שלב הוא?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המשפט מתאר מקרה מהחיים - איזה שלב הוא?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מענה לטענה נגדית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המשפט מתייחס לדעה של הצד השני - איזה שלב הוא?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מענה לטענה נגדית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טענה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מתאימים שלב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טענה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מקרה מהחיים שממחיש את הטענה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נימוק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תשובה לדעה של הצד השני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ראיה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הסיבה שבגללה אני חושב/ת כך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דוגמה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העמדה המרכזית שלי בנושא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מענה לטענה נגדית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נתון, מחקר או מקור שתומך בטענה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סדר נכון של בניית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מסכמים במשפט חזק וברור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מגיבים לטענה נגדית - מה יגיד הצד השני ומה אענה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נותנים דוגמה - מקרה מהחיים שממחיש זאת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נימוק - למה אני חושב/ת כך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טענה - מה העמדה שלי בנושא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מביאים ראיה - נתון או מקור שתומך בטענה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הטלפון מפריע ללמידה __________ הוא גורם להיסח הדעת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תלמיד שקיבל הודעה באמצע השיעור ולא הצליח להתרכז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אמנם יש יתרונות לטלפון, __________ החסרונות גדולים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יש להגביל את השימוש בטלפונים בכיתה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ראיה יכולה להיות נתון, מחקר או מקור מידע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לבנות טיעון חזק בלי לציין שום נימוק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מענה לטענה נגדית מראה שחשבנו גם על הצד השני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נושא לוויכוח וכתבו טענה אחת (בעד או נגד) עם נימוק מתאים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טיעון מלא בנושא לבחירתכם הכולל טענה, נימוק, ראיה, דוגמה, מענה לטענה נגדית וסיכום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השלבים הראשונים בבניית טיעון?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להוסיף מענה לטענה נגדית?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כיצד שונה נימוק מראיה?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בונה טיעונים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