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טיעונים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הטיעון: טענה, נימוק, ראיה, דוגמה, מענה לטענה נגדית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 מתאימים לכל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שלם וכתוב היטב בנושא 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לאיזה שלב שייך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שלב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(העמדה המרכזית שלי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(הסיבה שבגללה אני חושב/ת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(נתון, מחקר או מקור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(מקרה מהחיים שממחיש את הטענה)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 נכון של בניית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טענה - מה העמדה שלי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נימוק - למה אני חושב/ת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מביאים ראיה - נתון או מקור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נותנים דוגמה - מקרה מהחיים שממחיש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ראיה היא מידע שתומך בטענה בצורה עובדתית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נימוק הטענה נשארת בלי הסבר ולא משכנעת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טענה ברורה ונימוק הגיוני המחובר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 ואז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מראה שחשבנו גם על הצד השני ומחזק את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 אישי, ראיה היא נתון או מקור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ולבנות טיעון משותף שלב אחר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דוגמה מלאה אחת מהכיתה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לעודד שימוש בפתיחי המשפט שהוצגו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טיעונים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כדי לשכנע מישהו בוויכוח, לא מספיק להגיד מה חושבים – צריך לבנות טיעון מסודר עם כמה שלבים: טענה, נימוק, ראיה, דוגמה, מענה לצד השני וסיכום.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לדוגמה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לאיזה שלב שייך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"לדעתי יש להגביל את השימוש בטלפונים בכיתה"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"משום שהשימוש בטלפון מפריע לריכוז בשיעור" – זהו שלב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מתאימים שלב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מקרה מהחיים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נתון, מחקר או מקור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העמדה המרכזית שלי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הסיבה שבגללה אני חושב/ת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סדר נכון של בניית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נימוק - למה אני חושב/ת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נותנים דוגמה - מקרה מהחיים שממחיש זאת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טענה - מה העמדה שלי בנושא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מביאים ראיה - נתון או מקור שתומך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הטלפון מפריע ללמידה __________ הוא גורם להיסח הדעת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תלמיד שקיבל הודעה באמצע השיעור ולא הצליח להתרכז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ראיה יכולה להיות נתון, מחקר או מקור מידע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לבנות טיעון חזק בלי לציין שום נימוק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לוויכוח וכתבו טענה אחת (בעד או נגד) עם נימוק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השלבים הראשונים בבניית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להוסיף מענה לטענה נגדית?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טיעונים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